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26AB" w14:textId="77777777" w:rsidR="00FA487B" w:rsidRPr="00E469F2" w:rsidRDefault="00000000" w:rsidP="00E469F2">
      <w:pPr>
        <w:spacing w:after="80" w:line="360" w:lineRule="auto"/>
        <w:jc w:val="center"/>
        <w:rPr>
          <w:sz w:val="24"/>
          <w:szCs w:val="24"/>
        </w:rPr>
      </w:pPr>
      <w:r w:rsidRPr="00E469F2">
        <w:rPr>
          <w:b/>
          <w:sz w:val="24"/>
          <w:szCs w:val="24"/>
        </w:rPr>
        <w:t>Chumuckla Community Church Facilities Fees</w:t>
      </w:r>
    </w:p>
    <w:p w14:paraId="3B095479" w14:textId="77777777" w:rsidR="00FA487B" w:rsidRPr="00E469F2" w:rsidRDefault="00000000" w:rsidP="00E469F2">
      <w:pPr>
        <w:spacing w:after="40" w:line="360" w:lineRule="auto"/>
        <w:rPr>
          <w:sz w:val="24"/>
          <w:szCs w:val="24"/>
        </w:rPr>
      </w:pPr>
      <w:r w:rsidRPr="00E469F2">
        <w:rPr>
          <w:sz w:val="24"/>
          <w:szCs w:val="24"/>
        </w:rPr>
        <w:t xml:space="preserve">While we welcome members of our community to join our Sunday worship service, we reserve the use of church facilities for our current members. Members are asked to reserve the date and time for the use of all facilities by contacting a council member or Kittye </w:t>
      </w:r>
      <w:proofErr w:type="gramStart"/>
      <w:r w:rsidRPr="00E469F2">
        <w:rPr>
          <w:sz w:val="24"/>
          <w:szCs w:val="24"/>
        </w:rPr>
        <w:t>Norris @</w:t>
      </w:r>
      <w:proofErr w:type="gramEnd"/>
      <w:r w:rsidRPr="00E469F2">
        <w:rPr>
          <w:sz w:val="24"/>
          <w:szCs w:val="24"/>
        </w:rPr>
        <w:t xml:space="preserve"> 850-723-8743. A reservation is not held until the agreement is signed by the member and a CCC representative. Non-members are required to be sponsored by a current church member. The agreement would then be signed by the sponsor and the non-member. Owning a plot in our cemetery does not qualify for use of the church facilities. Therefore, funeral services would also require sponsorship by a current member.</w:t>
      </w:r>
    </w:p>
    <w:p w14:paraId="78B7BEC3" w14:textId="32DCF60B" w:rsidR="00FA487B" w:rsidRPr="00E469F2" w:rsidRDefault="00000000" w:rsidP="00E469F2">
      <w:pPr>
        <w:spacing w:after="20" w:line="360" w:lineRule="auto"/>
        <w:rPr>
          <w:sz w:val="24"/>
          <w:szCs w:val="24"/>
        </w:rPr>
      </w:pPr>
      <w:r w:rsidRPr="00E469F2">
        <w:rPr>
          <w:b/>
          <w:sz w:val="24"/>
          <w:szCs w:val="24"/>
        </w:rPr>
        <w:t>All fees must be paid on the day the agreement is signed.</w:t>
      </w:r>
      <w:r w:rsidRPr="00E469F2">
        <w:rPr>
          <w:sz w:val="24"/>
          <w:szCs w:val="24"/>
        </w:rPr>
        <w:t xml:space="preserve"> The non-member fee schedule would be as</w:t>
      </w:r>
      <w:r w:rsidR="00E469F2">
        <w:rPr>
          <w:sz w:val="24"/>
          <w:szCs w:val="24"/>
        </w:rPr>
        <w:t xml:space="preserve"> </w:t>
      </w:r>
      <w:r w:rsidRPr="00E469F2">
        <w:rPr>
          <w:sz w:val="24"/>
          <w:szCs w:val="24"/>
        </w:rPr>
        <w:t>follows:</w:t>
      </w:r>
    </w:p>
    <w:p w14:paraId="3C1E2544" w14:textId="77777777" w:rsidR="00FA487B" w:rsidRPr="00E469F2" w:rsidRDefault="00000000" w:rsidP="00E469F2">
      <w:pPr>
        <w:spacing w:after="60" w:line="360" w:lineRule="auto"/>
        <w:rPr>
          <w:sz w:val="24"/>
          <w:szCs w:val="24"/>
        </w:rPr>
      </w:pPr>
      <w:r w:rsidRPr="00E469F2">
        <w:rPr>
          <w:b/>
          <w:sz w:val="24"/>
          <w:szCs w:val="24"/>
          <w:u w:val="single"/>
        </w:rPr>
        <w:t>Sanctuary</w:t>
      </w:r>
    </w:p>
    <w:p w14:paraId="6B88873B" w14:textId="43AAD628" w:rsidR="00FA487B" w:rsidRPr="00E469F2" w:rsidRDefault="00000000" w:rsidP="00E469F2">
      <w:pPr>
        <w:tabs>
          <w:tab w:val="left" w:pos="9144"/>
        </w:tabs>
        <w:spacing w:after="60" w:line="360" w:lineRule="auto"/>
        <w:rPr>
          <w:sz w:val="24"/>
          <w:szCs w:val="24"/>
        </w:rPr>
      </w:pPr>
      <w:r w:rsidRPr="00E469F2">
        <w:rPr>
          <w:b/>
          <w:sz w:val="24"/>
          <w:szCs w:val="24"/>
        </w:rPr>
        <w:t>The standard rental fee is $250.</w:t>
      </w:r>
      <w:r w:rsidRPr="00E469F2">
        <w:rPr>
          <w:sz w:val="24"/>
          <w:szCs w:val="24"/>
        </w:rPr>
        <w:tab/>
        <w:t>___________</w:t>
      </w:r>
    </w:p>
    <w:p w14:paraId="6FB8C0FE" w14:textId="0BE69074" w:rsidR="00FA487B" w:rsidRPr="00E469F2" w:rsidRDefault="00000000" w:rsidP="00E469F2">
      <w:pPr>
        <w:tabs>
          <w:tab w:val="left" w:pos="9144"/>
        </w:tabs>
        <w:spacing w:after="40" w:line="360" w:lineRule="auto"/>
        <w:rPr>
          <w:sz w:val="24"/>
          <w:szCs w:val="24"/>
        </w:rPr>
      </w:pPr>
      <w:r w:rsidRPr="00E469F2">
        <w:rPr>
          <w:b/>
          <w:sz w:val="24"/>
          <w:szCs w:val="24"/>
        </w:rPr>
        <w:t>If the facilities are needed for a rehearsal there will be an extra $150 fee.</w:t>
      </w:r>
      <w:r w:rsidRPr="00E469F2">
        <w:rPr>
          <w:sz w:val="24"/>
          <w:szCs w:val="24"/>
        </w:rPr>
        <w:tab/>
        <w:t>___________</w:t>
      </w:r>
    </w:p>
    <w:p w14:paraId="1DD0B31B" w14:textId="77777777" w:rsidR="00FA487B" w:rsidRPr="00E469F2" w:rsidRDefault="00000000" w:rsidP="00E469F2">
      <w:pPr>
        <w:tabs>
          <w:tab w:val="left" w:pos="9144"/>
        </w:tabs>
        <w:spacing w:after="40" w:line="360" w:lineRule="auto"/>
        <w:rPr>
          <w:sz w:val="24"/>
          <w:szCs w:val="24"/>
        </w:rPr>
      </w:pPr>
      <w:r w:rsidRPr="00E469F2">
        <w:rPr>
          <w:sz w:val="24"/>
          <w:szCs w:val="24"/>
        </w:rPr>
        <w:t>The use of the sound room is a separate fee.</w:t>
      </w:r>
    </w:p>
    <w:p w14:paraId="6A73DCC3" w14:textId="77777777" w:rsidR="00FA487B" w:rsidRPr="00E469F2" w:rsidRDefault="00000000" w:rsidP="00E469F2">
      <w:pPr>
        <w:tabs>
          <w:tab w:val="left" w:pos="9144"/>
        </w:tabs>
        <w:spacing w:after="40" w:line="360" w:lineRule="auto"/>
        <w:rPr>
          <w:sz w:val="24"/>
          <w:szCs w:val="24"/>
        </w:rPr>
      </w:pPr>
      <w:r w:rsidRPr="00E469F2">
        <w:rPr>
          <w:sz w:val="24"/>
          <w:szCs w:val="24"/>
        </w:rPr>
        <w:t>The renters will be required to use the church sound technician.</w:t>
      </w:r>
    </w:p>
    <w:p w14:paraId="79E90964" w14:textId="77777777" w:rsidR="00FA487B" w:rsidRPr="00E469F2" w:rsidRDefault="00000000" w:rsidP="00E469F2">
      <w:pPr>
        <w:tabs>
          <w:tab w:val="left" w:pos="9144"/>
        </w:tabs>
        <w:spacing w:after="40" w:line="360" w:lineRule="auto"/>
        <w:rPr>
          <w:sz w:val="24"/>
          <w:szCs w:val="24"/>
        </w:rPr>
      </w:pPr>
      <w:r w:rsidRPr="00E469F2">
        <w:rPr>
          <w:sz w:val="24"/>
          <w:szCs w:val="24"/>
        </w:rPr>
        <w:t>Any videos or slide shows must be arranged with the tech before the day of the event.</w:t>
      </w:r>
    </w:p>
    <w:p w14:paraId="7C1A3863" w14:textId="27407667" w:rsidR="00FA487B" w:rsidRPr="00E469F2" w:rsidRDefault="00000000" w:rsidP="00E469F2">
      <w:pPr>
        <w:tabs>
          <w:tab w:val="left" w:pos="9144"/>
        </w:tabs>
        <w:spacing w:after="60" w:line="360" w:lineRule="auto"/>
        <w:rPr>
          <w:sz w:val="24"/>
          <w:szCs w:val="24"/>
        </w:rPr>
      </w:pPr>
      <w:r w:rsidRPr="00E469F2">
        <w:rPr>
          <w:b/>
          <w:sz w:val="24"/>
          <w:szCs w:val="24"/>
        </w:rPr>
        <w:t>The fee for the sound room and technician is $150.</w:t>
      </w:r>
      <w:r w:rsidRPr="00E469F2">
        <w:rPr>
          <w:sz w:val="24"/>
          <w:szCs w:val="24"/>
        </w:rPr>
        <w:tab/>
        <w:t>___________</w:t>
      </w:r>
    </w:p>
    <w:p w14:paraId="14F21FEF" w14:textId="77777777" w:rsidR="00FA487B" w:rsidRPr="00E469F2" w:rsidRDefault="00000000" w:rsidP="00E469F2">
      <w:pPr>
        <w:spacing w:after="60" w:line="360" w:lineRule="auto"/>
        <w:rPr>
          <w:sz w:val="24"/>
          <w:szCs w:val="24"/>
        </w:rPr>
      </w:pPr>
      <w:r w:rsidRPr="00E469F2">
        <w:rPr>
          <w:b/>
          <w:sz w:val="24"/>
          <w:szCs w:val="24"/>
          <w:u w:val="single"/>
        </w:rPr>
        <w:t>Fellowship Hall</w:t>
      </w:r>
    </w:p>
    <w:p w14:paraId="27BFD1F1" w14:textId="6F0B1319" w:rsidR="00FA487B" w:rsidRPr="00E469F2" w:rsidRDefault="00000000" w:rsidP="00E469F2">
      <w:pPr>
        <w:tabs>
          <w:tab w:val="left" w:pos="9144"/>
        </w:tabs>
        <w:spacing w:after="40" w:line="360" w:lineRule="auto"/>
        <w:rPr>
          <w:sz w:val="24"/>
          <w:szCs w:val="24"/>
        </w:rPr>
      </w:pPr>
      <w:r w:rsidRPr="00E469F2">
        <w:rPr>
          <w:b/>
          <w:sz w:val="24"/>
          <w:szCs w:val="24"/>
        </w:rPr>
        <w:t>The rental fee is $150. The use of the kitchen is included in the fee.</w:t>
      </w:r>
      <w:r w:rsidRPr="00E469F2">
        <w:rPr>
          <w:sz w:val="24"/>
          <w:szCs w:val="24"/>
        </w:rPr>
        <w:tab/>
        <w:t>___________</w:t>
      </w:r>
    </w:p>
    <w:p w14:paraId="04E5D449" w14:textId="77777777" w:rsidR="00FA487B" w:rsidRPr="00E469F2" w:rsidRDefault="00000000" w:rsidP="00E469F2">
      <w:pPr>
        <w:tabs>
          <w:tab w:val="left" w:pos="9144"/>
        </w:tabs>
        <w:spacing w:after="40" w:line="360" w:lineRule="auto"/>
        <w:rPr>
          <w:sz w:val="24"/>
          <w:szCs w:val="24"/>
        </w:rPr>
      </w:pPr>
      <w:r w:rsidRPr="00E469F2">
        <w:rPr>
          <w:sz w:val="24"/>
          <w:szCs w:val="24"/>
        </w:rPr>
        <w:t>CCC does not furnish any supplies (plates, cups, etc.) for meals in the fellowship hall.</w:t>
      </w:r>
    </w:p>
    <w:p w14:paraId="000D9DCF" w14:textId="16E8A371" w:rsidR="00FA487B" w:rsidRPr="00E469F2" w:rsidRDefault="00000000" w:rsidP="00E469F2">
      <w:pPr>
        <w:tabs>
          <w:tab w:val="left" w:pos="9144"/>
        </w:tabs>
        <w:spacing w:after="80" w:line="360" w:lineRule="auto"/>
        <w:rPr>
          <w:sz w:val="24"/>
          <w:szCs w:val="24"/>
        </w:rPr>
      </w:pPr>
      <w:r w:rsidRPr="00E469F2">
        <w:rPr>
          <w:b/>
          <w:sz w:val="24"/>
          <w:szCs w:val="24"/>
        </w:rPr>
        <w:t>If the sanctuary and fellowship hall are both needed the fee is $375.</w:t>
      </w:r>
      <w:r w:rsidRPr="00E469F2">
        <w:rPr>
          <w:sz w:val="24"/>
          <w:szCs w:val="24"/>
        </w:rPr>
        <w:tab/>
        <w:t>___________</w:t>
      </w:r>
    </w:p>
    <w:p w14:paraId="256BC4E6" w14:textId="77777777" w:rsidR="00FA487B" w:rsidRPr="00E469F2" w:rsidRDefault="00000000" w:rsidP="00E469F2">
      <w:pPr>
        <w:spacing w:after="40" w:line="360" w:lineRule="auto"/>
        <w:rPr>
          <w:sz w:val="24"/>
          <w:szCs w:val="24"/>
        </w:rPr>
      </w:pPr>
      <w:r w:rsidRPr="00E469F2">
        <w:rPr>
          <w:sz w:val="24"/>
          <w:szCs w:val="24"/>
        </w:rPr>
        <w:t>No alcoholic beverages are permitted in any area of the church property.</w:t>
      </w:r>
    </w:p>
    <w:p w14:paraId="326D75F6" w14:textId="77777777" w:rsidR="00FA487B" w:rsidRPr="00E469F2" w:rsidRDefault="00000000" w:rsidP="00E469F2">
      <w:pPr>
        <w:spacing w:after="40" w:line="360" w:lineRule="auto"/>
        <w:rPr>
          <w:sz w:val="24"/>
          <w:szCs w:val="24"/>
        </w:rPr>
      </w:pPr>
      <w:r w:rsidRPr="00E469F2">
        <w:rPr>
          <w:sz w:val="24"/>
          <w:szCs w:val="24"/>
        </w:rPr>
        <w:t>No smoking on the church property.</w:t>
      </w:r>
    </w:p>
    <w:p w14:paraId="2C532DA5" w14:textId="77777777" w:rsidR="00FA487B" w:rsidRPr="00E469F2" w:rsidRDefault="00000000" w:rsidP="00E469F2">
      <w:pPr>
        <w:spacing w:after="40" w:line="360" w:lineRule="auto"/>
        <w:rPr>
          <w:sz w:val="24"/>
          <w:szCs w:val="24"/>
        </w:rPr>
      </w:pPr>
      <w:r w:rsidRPr="00E469F2">
        <w:rPr>
          <w:sz w:val="24"/>
          <w:szCs w:val="24"/>
        </w:rPr>
        <w:t>No food or drink is permitted in the sanctuary.</w:t>
      </w:r>
    </w:p>
    <w:p w14:paraId="0E0ACD2A" w14:textId="77777777" w:rsidR="00FA487B" w:rsidRPr="00E469F2" w:rsidRDefault="00000000" w:rsidP="00E469F2">
      <w:pPr>
        <w:spacing w:after="40" w:line="360" w:lineRule="auto"/>
        <w:rPr>
          <w:sz w:val="24"/>
          <w:szCs w:val="24"/>
        </w:rPr>
      </w:pPr>
      <w:r w:rsidRPr="00E469F2">
        <w:rPr>
          <w:sz w:val="24"/>
          <w:szCs w:val="24"/>
        </w:rPr>
        <w:t xml:space="preserve">The facilities will need to be </w:t>
      </w:r>
      <w:proofErr w:type="gramStart"/>
      <w:r w:rsidRPr="00E469F2">
        <w:rPr>
          <w:sz w:val="24"/>
          <w:szCs w:val="24"/>
        </w:rPr>
        <w:t>cleaned</w:t>
      </w:r>
      <w:proofErr w:type="gramEnd"/>
      <w:r w:rsidRPr="00E469F2">
        <w:rPr>
          <w:sz w:val="24"/>
          <w:szCs w:val="24"/>
        </w:rPr>
        <w:t xml:space="preserve"> and everything </w:t>
      </w:r>
      <w:proofErr w:type="gramStart"/>
      <w:r w:rsidRPr="00E469F2">
        <w:rPr>
          <w:sz w:val="24"/>
          <w:szCs w:val="24"/>
        </w:rPr>
        <w:t>put</w:t>
      </w:r>
      <w:proofErr w:type="gramEnd"/>
      <w:r w:rsidRPr="00E469F2">
        <w:rPr>
          <w:sz w:val="24"/>
          <w:szCs w:val="24"/>
        </w:rPr>
        <w:t xml:space="preserve"> back the way it was.</w:t>
      </w:r>
    </w:p>
    <w:p w14:paraId="4F6D7CE7" w14:textId="77777777" w:rsidR="00FA487B" w:rsidRPr="00E469F2" w:rsidRDefault="00000000" w:rsidP="00E469F2">
      <w:pPr>
        <w:tabs>
          <w:tab w:val="left" w:pos="7992"/>
        </w:tabs>
        <w:spacing w:after="60" w:line="360" w:lineRule="auto"/>
        <w:rPr>
          <w:sz w:val="24"/>
          <w:szCs w:val="24"/>
        </w:rPr>
      </w:pPr>
      <w:r w:rsidRPr="00E469F2">
        <w:rPr>
          <w:sz w:val="24"/>
          <w:szCs w:val="24"/>
        </w:rPr>
        <w:t>Event Date and time____________________</w:t>
      </w:r>
      <w:r w:rsidRPr="00E469F2">
        <w:rPr>
          <w:sz w:val="24"/>
          <w:szCs w:val="24"/>
        </w:rPr>
        <w:tab/>
        <w:t>Rehearsal Date____________________</w:t>
      </w:r>
    </w:p>
    <w:p w14:paraId="365D900C" w14:textId="77777777" w:rsidR="00FA487B" w:rsidRPr="00E469F2" w:rsidRDefault="00000000" w:rsidP="00E469F2">
      <w:pPr>
        <w:tabs>
          <w:tab w:val="left" w:pos="7992"/>
        </w:tabs>
        <w:spacing w:after="60" w:line="360" w:lineRule="auto"/>
        <w:rPr>
          <w:sz w:val="24"/>
          <w:szCs w:val="24"/>
        </w:rPr>
      </w:pPr>
      <w:r w:rsidRPr="00E469F2">
        <w:rPr>
          <w:sz w:val="24"/>
          <w:szCs w:val="24"/>
        </w:rPr>
        <w:t>Sponsor__________________________________</w:t>
      </w:r>
      <w:r w:rsidRPr="00E469F2">
        <w:rPr>
          <w:sz w:val="24"/>
          <w:szCs w:val="24"/>
        </w:rPr>
        <w:tab/>
        <w:t>Total     ____________</w:t>
      </w:r>
    </w:p>
    <w:p w14:paraId="3E6BE5F0" w14:textId="77777777" w:rsidR="00FA487B" w:rsidRPr="00E469F2" w:rsidRDefault="00000000" w:rsidP="00E469F2">
      <w:pPr>
        <w:tabs>
          <w:tab w:val="left" w:pos="7992"/>
        </w:tabs>
        <w:spacing w:after="60" w:line="360" w:lineRule="auto"/>
        <w:rPr>
          <w:sz w:val="24"/>
          <w:szCs w:val="24"/>
        </w:rPr>
      </w:pPr>
      <w:r w:rsidRPr="00E469F2">
        <w:rPr>
          <w:sz w:val="24"/>
          <w:szCs w:val="24"/>
        </w:rPr>
        <w:t>Non-member________________________________</w:t>
      </w:r>
      <w:r w:rsidRPr="00E469F2">
        <w:rPr>
          <w:sz w:val="24"/>
          <w:szCs w:val="24"/>
        </w:rPr>
        <w:tab/>
        <w:t>Paid      ____________</w:t>
      </w:r>
    </w:p>
    <w:p w14:paraId="4C611043" w14:textId="6EEF7EE0" w:rsidR="00FA487B" w:rsidRPr="00E469F2" w:rsidRDefault="00000000" w:rsidP="00E469F2">
      <w:pPr>
        <w:tabs>
          <w:tab w:val="left" w:pos="7992"/>
        </w:tabs>
        <w:spacing w:after="60" w:line="360" w:lineRule="auto"/>
        <w:rPr>
          <w:sz w:val="24"/>
          <w:szCs w:val="24"/>
        </w:rPr>
      </w:pPr>
      <w:r w:rsidRPr="00E469F2">
        <w:rPr>
          <w:sz w:val="24"/>
          <w:szCs w:val="24"/>
        </w:rPr>
        <w:t>CCC representative______________________________</w:t>
      </w:r>
      <w:r w:rsidRPr="00E469F2">
        <w:rPr>
          <w:sz w:val="24"/>
          <w:szCs w:val="24"/>
        </w:rPr>
        <w:tab/>
      </w:r>
      <w:proofErr w:type="gramStart"/>
      <w:r w:rsidRPr="00E469F2">
        <w:rPr>
          <w:sz w:val="24"/>
          <w:szCs w:val="24"/>
        </w:rPr>
        <w:t>Balance  _</w:t>
      </w:r>
      <w:proofErr w:type="gramEnd"/>
      <w:r w:rsidRPr="00E469F2">
        <w:rPr>
          <w:sz w:val="24"/>
          <w:szCs w:val="24"/>
        </w:rPr>
        <w:t>___________</w:t>
      </w:r>
    </w:p>
    <w:p w14:paraId="42B9BFA5" w14:textId="77777777" w:rsidR="00FA487B" w:rsidRPr="00E469F2" w:rsidRDefault="00000000" w:rsidP="00E469F2">
      <w:pPr>
        <w:spacing w:line="360" w:lineRule="auto"/>
        <w:rPr>
          <w:sz w:val="24"/>
          <w:szCs w:val="24"/>
        </w:rPr>
      </w:pPr>
      <w:r w:rsidRPr="00E469F2">
        <w:rPr>
          <w:sz w:val="24"/>
          <w:szCs w:val="24"/>
        </w:rPr>
        <w:t>Date ____________________</w:t>
      </w:r>
    </w:p>
    <w:sectPr w:rsidR="00FA487B" w:rsidRPr="00E469F2" w:rsidSect="00034616">
      <w:pgSz w:w="12240" w:h="15840"/>
      <w:pgMar w:top="605" w:right="792" w:bottom="64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2458874">
    <w:abstractNumId w:val="8"/>
  </w:num>
  <w:num w:numId="2" w16cid:durableId="824737687">
    <w:abstractNumId w:val="6"/>
  </w:num>
  <w:num w:numId="3" w16cid:durableId="858662967">
    <w:abstractNumId w:val="5"/>
  </w:num>
  <w:num w:numId="4" w16cid:durableId="758866826">
    <w:abstractNumId w:val="4"/>
  </w:num>
  <w:num w:numId="5" w16cid:durableId="766074068">
    <w:abstractNumId w:val="7"/>
  </w:num>
  <w:num w:numId="6" w16cid:durableId="1163082115">
    <w:abstractNumId w:val="3"/>
  </w:num>
  <w:num w:numId="7" w16cid:durableId="1559436457">
    <w:abstractNumId w:val="2"/>
  </w:num>
  <w:num w:numId="8" w16cid:durableId="1557737041">
    <w:abstractNumId w:val="1"/>
  </w:num>
  <w:num w:numId="9" w16cid:durableId="114835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75395"/>
    <w:rsid w:val="00CB0664"/>
    <w:rsid w:val="00D75D37"/>
    <w:rsid w:val="00E469F2"/>
    <w:rsid w:val="00FA4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078C6"/>
  <w14:defaultImageDpi w14:val="300"/>
  <w15:docId w15:val="{DAADEE6C-F3E3-46C1-9574-F47065D1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321</Words>
  <Characters>1721</Characters>
  <Application>Microsoft Office Word</Application>
  <DocSecurity>0</DocSecurity>
  <Lines>44</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Martha Gough</cp:lastModifiedBy>
  <cp:revision>3</cp:revision>
  <dcterms:created xsi:type="dcterms:W3CDTF">2013-12-23T23:15:00Z</dcterms:created>
  <dcterms:modified xsi:type="dcterms:W3CDTF">2026-09-02T23:14:00Z</dcterms:modified>
  <cp:category/>
</cp:coreProperties>
</file>